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229C5" w14:textId="77777777" w:rsidR="00D045E2" w:rsidRPr="00D73B24" w:rsidRDefault="00802751">
      <w:pPr>
        <w:spacing w:after="0" w:line="240" w:lineRule="auto"/>
        <w:jc w:val="center"/>
        <w:rPr>
          <w:rFonts w:ascii="BIZ UDP明朝 Medium" w:eastAsia="BIZ UDP明朝 Medium" w:hAnsi="BIZ UDP明朝 Medium"/>
          <w:sz w:val="21"/>
          <w:szCs w:val="28"/>
          <w:lang w:eastAsia="ja-JP"/>
        </w:rPr>
      </w:pPr>
      <w:r w:rsidRPr="00D73B24">
        <w:rPr>
          <w:rFonts w:ascii="BIZ UDP明朝 Medium" w:eastAsia="BIZ UDP明朝 Medium" w:hAnsi="BIZ UDP明朝 Medium"/>
          <w:b/>
          <w:sz w:val="36"/>
          <w:szCs w:val="28"/>
          <w:lang w:eastAsia="ja-JP"/>
        </w:rPr>
        <w:t>一斉清掃・河川清掃　実施結果報告兼収集依頼書</w:t>
      </w:r>
    </w:p>
    <w:p w14:paraId="73B94766" w14:textId="04B0A475" w:rsidR="00D045E2" w:rsidRPr="00C54927" w:rsidRDefault="00802751">
      <w:pPr>
        <w:spacing w:after="40" w:line="240" w:lineRule="auto"/>
        <w:jc w:val="center"/>
        <w:rPr>
          <w:rFonts w:ascii="BIZ UDP明朝 Medium" w:eastAsia="BIZ UDP明朝 Medium" w:hAnsi="BIZ UDP明朝 Medium"/>
          <w:sz w:val="20"/>
          <w:szCs w:val="24"/>
          <w:lang w:eastAsia="ja-JP"/>
        </w:rPr>
      </w:pPr>
      <w:r w:rsidRPr="00C54927">
        <w:rPr>
          <w:rFonts w:ascii="BIZ UDP明朝 Medium" w:eastAsia="BIZ UDP明朝 Medium" w:hAnsi="BIZ UDP明朝 Medium"/>
          <w:b/>
          <w:sz w:val="20"/>
          <w:szCs w:val="24"/>
          <w:lang w:eastAsia="ja-JP"/>
        </w:rPr>
        <w:t>該当する清掃にチェックしてください</w:t>
      </w:r>
      <w:r w:rsidR="00D73B24" w:rsidRPr="00C54927">
        <w:rPr>
          <w:rFonts w:ascii="BIZ UDP明朝 Medium" w:eastAsia="BIZ UDP明朝 Medium" w:hAnsi="BIZ UDP明朝 Medium" w:hint="eastAsia"/>
          <w:b/>
          <w:sz w:val="20"/>
          <w:szCs w:val="24"/>
          <w:lang w:eastAsia="ja-JP"/>
        </w:rPr>
        <w:t xml:space="preserve">　　</w:t>
      </w:r>
      <w:r w:rsidRPr="00C54927">
        <w:rPr>
          <w:rFonts w:ascii="BIZ UDP明朝 Medium" w:eastAsia="BIZ UDP明朝 Medium" w:hAnsi="BIZ UDP明朝 Medium"/>
          <w:b/>
          <w:sz w:val="20"/>
          <w:szCs w:val="24"/>
          <w:lang w:eastAsia="ja-JP"/>
        </w:rPr>
        <w:t>□ 一斉清掃</w:t>
      </w:r>
      <w:r w:rsidR="00D73B24" w:rsidRPr="00C54927">
        <w:rPr>
          <w:rFonts w:ascii="BIZ UDP明朝 Medium" w:eastAsia="BIZ UDP明朝 Medium" w:hAnsi="BIZ UDP明朝 Medium" w:hint="eastAsia"/>
          <w:b/>
          <w:sz w:val="20"/>
          <w:szCs w:val="24"/>
          <w:lang w:eastAsia="ja-JP"/>
        </w:rPr>
        <w:t xml:space="preserve">　</w:t>
      </w:r>
      <w:r w:rsidRPr="00C54927">
        <w:rPr>
          <w:rFonts w:ascii="BIZ UDP明朝 Medium" w:eastAsia="BIZ UDP明朝 Medium" w:hAnsi="BIZ UDP明朝 Medium"/>
          <w:b/>
          <w:sz w:val="20"/>
          <w:szCs w:val="24"/>
          <w:lang w:eastAsia="ja-JP"/>
        </w:rPr>
        <w:t>□ 河川清掃</w:t>
      </w:r>
    </w:p>
    <w:p w14:paraId="25F51648" w14:textId="77777777" w:rsidR="00D045E2" w:rsidRPr="00D73B24" w:rsidRDefault="00802751">
      <w:pPr>
        <w:pBdr>
          <w:bottom w:val="single" w:sz="4" w:space="0" w:color="A6A6A6"/>
        </w:pBdr>
        <w:spacing w:before="40" w:after="20" w:line="240" w:lineRule="auto"/>
        <w:rPr>
          <w:rFonts w:ascii="BIZ UDP明朝 Medium" w:eastAsia="BIZ UDP明朝 Medium" w:hAnsi="BIZ UDP明朝 Medium"/>
          <w:sz w:val="21"/>
          <w:szCs w:val="28"/>
        </w:rPr>
      </w:pPr>
      <w:r w:rsidRPr="00D73B24">
        <w:rPr>
          <w:rFonts w:ascii="BIZ UDP明朝 Medium" w:eastAsia="BIZ UDP明朝 Medium" w:hAnsi="BIZ UDP明朝 Medium"/>
          <w:b/>
          <w:sz w:val="22"/>
          <w:szCs w:val="28"/>
        </w:rPr>
        <w:t>提出方法・注意事項</w:t>
      </w:r>
    </w:p>
    <w:tbl>
      <w:tblPr>
        <w:tblW w:w="1065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644"/>
        <w:gridCol w:w="1644"/>
      </w:tblGrid>
      <w:tr w:rsidR="00D045E2" w:rsidRPr="00D73B24" w14:paraId="2FB53C06" w14:textId="77777777">
        <w:trPr>
          <w:jc w:val="center"/>
        </w:trPr>
        <w:tc>
          <w:tcPr>
            <w:tcW w:w="7371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64964E" w14:textId="352E5EB5" w:rsidR="00D045E2" w:rsidRPr="008A4990" w:rsidRDefault="00802751">
            <w:pPr>
              <w:spacing w:after="0" w:line="240" w:lineRule="auto"/>
              <w:rPr>
                <w:rFonts w:ascii="BIZ UDP明朝 Medium" w:eastAsia="BIZ UDP明朝 Medium" w:hAnsi="BIZ UDP明朝 Medium"/>
                <w:b/>
                <w:sz w:val="22"/>
                <w:szCs w:val="32"/>
                <w:lang w:eastAsia="ja-JP"/>
              </w:rPr>
            </w:pPr>
            <w:r w:rsidRPr="008A4990">
              <w:rPr>
                <w:rFonts w:ascii="BIZ UDP明朝 Medium" w:eastAsia="BIZ UDP明朝 Medium" w:hAnsi="BIZ UDP明朝 Medium"/>
                <w:b/>
                <w:sz w:val="21"/>
                <w:szCs w:val="32"/>
                <w:lang w:eastAsia="ja-JP"/>
              </w:rPr>
              <w:t>提出先：松本市 資源循環推進課</w:t>
            </w:r>
            <w:r w:rsidR="00D73B24" w:rsidRPr="008A4990">
              <w:rPr>
                <w:rFonts w:ascii="BIZ UDP明朝 Medium" w:eastAsia="BIZ UDP明朝 Medium" w:hAnsi="BIZ UDP明朝 Medium" w:hint="eastAsia"/>
                <w:b/>
                <w:sz w:val="21"/>
                <w:szCs w:val="32"/>
                <w:lang w:eastAsia="ja-JP"/>
              </w:rPr>
              <w:t xml:space="preserve">　</w:t>
            </w:r>
            <w:r w:rsidRPr="008A4990">
              <w:rPr>
                <w:rFonts w:ascii="BIZ UDP明朝 Medium" w:eastAsia="BIZ UDP明朝 Medium" w:hAnsi="BIZ UDP明朝 Medium"/>
                <w:b/>
                <w:sz w:val="21"/>
                <w:szCs w:val="32"/>
                <w:bdr w:val="single" w:sz="4" w:space="0" w:color="auto"/>
                <w:lang w:eastAsia="ja-JP"/>
              </w:rPr>
              <w:t>FAX：40-1335</w:t>
            </w:r>
          </w:p>
          <w:p w14:paraId="1BE7197C" w14:textId="4D06809B" w:rsidR="00D045E2" w:rsidRPr="000E03F3" w:rsidRDefault="00802751">
            <w:pPr>
              <w:spacing w:after="0" w:line="240" w:lineRule="auto"/>
              <w:rPr>
                <w:rFonts w:ascii="BIZ UDP明朝 Medium" w:eastAsia="BIZ UDP明朝 Medium" w:hAnsi="BIZ UDP明朝 Medium"/>
                <w:bCs/>
                <w:sz w:val="21"/>
                <w:szCs w:val="28"/>
                <w:lang w:eastAsia="ja-JP"/>
              </w:rPr>
            </w:pP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・実施結果報告</w:t>
            </w:r>
            <w:r w:rsidR="000E03F3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は、</w:t>
            </w: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この用紙を提出するか、</w:t>
            </w:r>
            <w:r w:rsidR="000E03F3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実施結果</w:t>
            </w: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報告フォームへ入力してください。</w:t>
            </w:r>
          </w:p>
          <w:p w14:paraId="11C6D039" w14:textId="7C450045" w:rsidR="00727A6B" w:rsidRDefault="00802751" w:rsidP="00200576">
            <w:pPr>
              <w:spacing w:after="0" w:line="240" w:lineRule="auto"/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</w:pP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・河川清掃の場合のみ、清掃中の写真</w:t>
            </w:r>
            <w:r w:rsidR="00507E14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を下記の方法で提出してください。</w:t>
            </w:r>
          </w:p>
          <w:p w14:paraId="05AE727E" w14:textId="2D6ADFFB" w:rsidR="00727A6B" w:rsidRDefault="00507E14" w:rsidP="00507E14">
            <w:pPr>
              <w:spacing w:after="0" w:line="240" w:lineRule="auto"/>
              <w:ind w:firstLineChars="200" w:firstLine="400"/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</w:pPr>
            <w:r w:rsidRPr="00507E14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報告フォーム： https://logoform.jp/form/N7tm/1423983</w:t>
            </w:r>
          </w:p>
          <w:p w14:paraId="5F94B61A" w14:textId="129BDC6C" w:rsidR="00727A6B" w:rsidRDefault="00802751" w:rsidP="00507E14">
            <w:pPr>
              <w:spacing w:after="0" w:line="240" w:lineRule="auto"/>
              <w:ind w:firstLineChars="200" w:firstLine="400"/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</w:pP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E-mail</w:t>
            </w:r>
            <w:r w:rsidR="00507E14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 xml:space="preserve">　　　：</w:t>
            </w:r>
            <w:r w:rsidR="00507E14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fldChar w:fldCharType="begin"/>
            </w:r>
            <w:r w:rsidR="00507E14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instrText xml:space="preserve"> HYPERLINK "mailto:</w:instrText>
            </w:r>
            <w:r w:rsidR="00507E14" w:rsidRPr="00507E14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instrText>kankyo-k@city.matsumoto.lg.jp</w:instrText>
            </w:r>
            <w:r w:rsidR="00507E14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instrText xml:space="preserve">" </w:instrText>
            </w:r>
            <w:r w:rsidR="00507E14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fldChar w:fldCharType="separate"/>
            </w:r>
            <w:r w:rsidR="00507E14" w:rsidRPr="003A3582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kankyo-k@city.matsumoto.lg.jp</w:t>
            </w:r>
            <w:r w:rsidR="00507E14">
              <w:rPr>
                <w:rStyle w:val="aff"/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fldChar w:fldCharType="end"/>
            </w:r>
            <w:r w:rsidR="00727A6B">
              <w:rPr>
                <w:rStyle w:val="aff"/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 xml:space="preserve">　　</w:t>
            </w:r>
          </w:p>
          <w:p w14:paraId="4B5FBDF3" w14:textId="7D9B7D88" w:rsidR="00D045E2" w:rsidRPr="00727A6B" w:rsidRDefault="00507E14" w:rsidP="00507E14">
            <w:pPr>
              <w:spacing w:after="0" w:line="240" w:lineRule="auto"/>
              <w:ind w:firstLineChars="200" w:firstLine="400"/>
              <w:rPr>
                <w:rFonts w:ascii="BIZ UDP明朝 Medium" w:eastAsia="BIZ UDP明朝 Medium" w:hAnsi="BIZ UDP明朝 Medium"/>
                <w:bCs/>
                <w:sz w:val="21"/>
                <w:szCs w:val="28"/>
                <w:lang w:eastAsia="ja-JP"/>
              </w:rPr>
            </w:pPr>
            <w:r>
              <w:rPr>
                <w:rStyle w:val="aff"/>
                <w:rFonts w:ascii="BIZ UDP明朝 Medium" w:eastAsia="BIZ UDP明朝 Medium" w:hAnsi="BIZ UDP明朝 Medium" w:hint="eastAsia"/>
                <w:bCs/>
                <w:color w:val="auto"/>
                <w:sz w:val="20"/>
                <w:szCs w:val="28"/>
                <w:u w:val="none"/>
                <w:lang w:eastAsia="ja-JP"/>
              </w:rPr>
              <w:t>写真　　　　　：</w:t>
            </w:r>
            <w:r w:rsidR="00727A6B" w:rsidRPr="00727A6B">
              <w:rPr>
                <w:rStyle w:val="aff"/>
                <w:rFonts w:ascii="BIZ UDP明朝 Medium" w:eastAsia="BIZ UDP明朝 Medium" w:hAnsi="BIZ UDP明朝 Medium"/>
                <w:bCs/>
                <w:color w:val="auto"/>
                <w:sz w:val="20"/>
                <w:szCs w:val="28"/>
                <w:u w:val="none"/>
                <w:lang w:eastAsia="ja-JP"/>
              </w:rPr>
              <w:t>松本市丸の内3-7　環境保全課　生活衛生係　河川担当</w:t>
            </w:r>
          </w:p>
          <w:p w14:paraId="47148F62" w14:textId="77777777" w:rsidR="000E03F3" w:rsidRPr="000E03F3" w:rsidRDefault="00802751" w:rsidP="000E03F3">
            <w:pPr>
              <w:spacing w:after="0" w:line="240" w:lineRule="auto"/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</w:pP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・</w:t>
            </w:r>
            <w:r w:rsidR="00D73B24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電話番号は</w:t>
            </w:r>
            <w:r w:rsidR="000E03F3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、</w:t>
            </w:r>
            <w:r w:rsidR="00D73B24"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日中連絡のつきやすい番号</w:t>
            </w:r>
            <w:r w:rsidR="00D73B24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を記入してください</w:t>
            </w: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。</w:t>
            </w:r>
          </w:p>
          <w:p w14:paraId="3306EB52" w14:textId="62AFB51A" w:rsidR="00C54927" w:rsidRPr="00200576" w:rsidRDefault="00200576" w:rsidP="000E03F3">
            <w:pPr>
              <w:spacing w:after="0" w:line="240" w:lineRule="auto"/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</w:pP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・</w:t>
            </w:r>
            <w:r w:rsidR="000E03F3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ごみは</w:t>
            </w: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「</w:t>
            </w:r>
            <w:r w:rsidR="00C54927"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家庭ごみ・資源物の分け方・出し方</w:t>
            </w:r>
            <w:r w:rsidRPr="000E03F3">
              <w:rPr>
                <w:rFonts w:ascii="BIZ UDP明朝 Medium" w:eastAsia="BIZ UDP明朝 Medium" w:hAnsi="BIZ UDP明朝 Medium"/>
                <w:bCs/>
                <w:sz w:val="20"/>
                <w:szCs w:val="28"/>
                <w:lang w:eastAsia="ja-JP"/>
              </w:rPr>
              <w:t>」に</w:t>
            </w:r>
            <w:r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準じて</w:t>
            </w:r>
            <w:r w:rsidR="00B37011"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分別してください</w:t>
            </w:r>
            <w:r w:rsidRPr="000E03F3">
              <w:rPr>
                <w:rFonts w:ascii="BIZ UDP明朝 Medium" w:eastAsia="BIZ UDP明朝 Medium" w:hAnsi="BIZ UDP明朝 Medium" w:hint="eastAsia"/>
                <w:bCs/>
                <w:sz w:val="20"/>
                <w:szCs w:val="28"/>
                <w:lang w:eastAsia="ja-JP"/>
              </w:rPr>
              <w:t>。</w:t>
            </w:r>
          </w:p>
        </w:tc>
        <w:tc>
          <w:tcPr>
            <w:tcW w:w="164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7E6CAD" w14:textId="77777777" w:rsidR="00D045E2" w:rsidRPr="00D73B24" w:rsidRDefault="00802751">
            <w:pPr>
              <w:spacing w:after="0"/>
              <w:jc w:val="center"/>
              <w:rPr>
                <w:rFonts w:ascii="BIZ UDP明朝 Medium" w:eastAsia="BIZ UDP明朝 Medium" w:hAnsi="BIZ UDP明朝 Medium"/>
              </w:rPr>
            </w:pPr>
            <w:r w:rsidRPr="00D73B24">
              <w:rPr>
                <w:rFonts w:ascii="BIZ UDP明朝 Medium" w:eastAsia="BIZ UDP明朝 Medium" w:hAnsi="BIZ UDP明朝 Medium"/>
                <w:noProof/>
              </w:rPr>
              <w:drawing>
                <wp:inline distT="0" distB="0" distL="0" distR="0" wp14:anchorId="12E6213C" wp14:editId="2195B1CC">
                  <wp:extent cx="720000" cy="72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_result_form_v1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1BF20E" w14:textId="77777777" w:rsidR="00D045E2" w:rsidRPr="00D73B24" w:rsidRDefault="00802751">
            <w:pPr>
              <w:spacing w:after="0"/>
              <w:jc w:val="center"/>
              <w:rPr>
                <w:rFonts w:ascii="BIZ UDP明朝 Medium" w:eastAsia="BIZ UDP明朝 Medium" w:hAnsi="BIZ UDP明朝 Medium"/>
                <w:lang w:eastAsia="ja-JP"/>
              </w:rPr>
            </w:pPr>
            <w:r w:rsidRPr="001C039C">
              <w:rPr>
                <w:rFonts w:ascii="BIZ UDP明朝 Medium" w:eastAsia="BIZ UDP明朝 Medium" w:hAnsi="BIZ UDP明朝 Medium"/>
                <w:b/>
                <w:sz w:val="20"/>
                <w:szCs w:val="32"/>
                <w:lang w:eastAsia="ja-JP"/>
              </w:rPr>
              <w:t>実施結果</w:t>
            </w:r>
            <w:r w:rsidRPr="001C039C">
              <w:rPr>
                <w:rFonts w:ascii="BIZ UDP明朝 Medium" w:eastAsia="BIZ UDP明朝 Medium" w:hAnsi="BIZ UDP明朝 Medium"/>
                <w:sz w:val="22"/>
                <w:szCs w:val="32"/>
                <w:lang w:eastAsia="ja-JP"/>
              </w:rPr>
              <w:br/>
            </w:r>
            <w:r w:rsidRPr="001C039C">
              <w:rPr>
                <w:rFonts w:ascii="BIZ UDP明朝 Medium" w:eastAsia="BIZ UDP明朝 Medium" w:hAnsi="BIZ UDP明朝 Medium"/>
                <w:b/>
                <w:sz w:val="20"/>
                <w:szCs w:val="32"/>
                <w:lang w:eastAsia="ja-JP"/>
              </w:rPr>
              <w:t>報告フォーム</w:t>
            </w:r>
          </w:p>
        </w:tc>
        <w:tc>
          <w:tcPr>
            <w:tcW w:w="1644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21C852" w14:textId="77777777" w:rsidR="00D045E2" w:rsidRPr="00D73B24" w:rsidRDefault="00802751">
            <w:pPr>
              <w:spacing w:after="0"/>
              <w:jc w:val="center"/>
              <w:rPr>
                <w:rFonts w:ascii="BIZ UDP明朝 Medium" w:eastAsia="BIZ UDP明朝 Medium" w:hAnsi="BIZ UDP明朝 Medium"/>
              </w:rPr>
            </w:pPr>
            <w:r w:rsidRPr="00D73B24">
              <w:rPr>
                <w:rFonts w:ascii="BIZ UDP明朝 Medium" w:eastAsia="BIZ UDP明朝 Medium" w:hAnsi="BIZ UDP明朝 Medium"/>
                <w:noProof/>
              </w:rPr>
              <w:drawing>
                <wp:inline distT="0" distB="0" distL="0" distR="0" wp14:anchorId="06D29F07" wp14:editId="592B80B2">
                  <wp:extent cx="720000" cy="72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_photo_form_v13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0EC555" w14:textId="77777777" w:rsidR="00D045E2" w:rsidRPr="00D73B24" w:rsidRDefault="00802751">
            <w:pPr>
              <w:spacing w:after="0"/>
              <w:jc w:val="center"/>
              <w:rPr>
                <w:rFonts w:ascii="BIZ UDP明朝 Medium" w:eastAsia="BIZ UDP明朝 Medium" w:hAnsi="BIZ UDP明朝 Medium"/>
                <w:lang w:eastAsia="ja-JP"/>
              </w:rPr>
            </w:pPr>
            <w:r w:rsidRPr="001C039C">
              <w:rPr>
                <w:rFonts w:ascii="BIZ UDP明朝 Medium" w:eastAsia="BIZ UDP明朝 Medium" w:hAnsi="BIZ UDP明朝 Medium"/>
                <w:b/>
                <w:sz w:val="20"/>
                <w:szCs w:val="32"/>
                <w:lang w:eastAsia="ja-JP"/>
              </w:rPr>
              <w:t>河川清掃</w:t>
            </w:r>
            <w:r w:rsidRPr="001C039C">
              <w:rPr>
                <w:rFonts w:ascii="BIZ UDP明朝 Medium" w:eastAsia="BIZ UDP明朝 Medium" w:hAnsi="BIZ UDP明朝 Medium"/>
                <w:sz w:val="22"/>
                <w:szCs w:val="32"/>
                <w:lang w:eastAsia="ja-JP"/>
              </w:rPr>
              <w:br/>
            </w:r>
            <w:r w:rsidRPr="001C039C">
              <w:rPr>
                <w:rFonts w:ascii="BIZ UDP明朝 Medium" w:eastAsia="BIZ UDP明朝 Medium" w:hAnsi="BIZ UDP明朝 Medium"/>
                <w:b/>
                <w:sz w:val="20"/>
                <w:szCs w:val="32"/>
                <w:lang w:eastAsia="ja-JP"/>
              </w:rPr>
              <w:t>写真送付フォーム</w:t>
            </w:r>
          </w:p>
        </w:tc>
      </w:tr>
    </w:tbl>
    <w:p w14:paraId="56CC8C9E" w14:textId="77777777" w:rsidR="00D045E2" w:rsidRPr="00D73B24" w:rsidRDefault="00802751">
      <w:pPr>
        <w:pBdr>
          <w:bottom w:val="single" w:sz="4" w:space="0" w:color="A6A6A6"/>
        </w:pBdr>
        <w:spacing w:before="40" w:after="20" w:line="240" w:lineRule="auto"/>
        <w:rPr>
          <w:rFonts w:ascii="BIZ UDP明朝 Medium" w:eastAsia="BIZ UDP明朝 Medium" w:hAnsi="BIZ UDP明朝 Medium"/>
          <w:sz w:val="21"/>
          <w:szCs w:val="28"/>
        </w:rPr>
      </w:pPr>
      <w:proofErr w:type="spellStart"/>
      <w:r w:rsidRPr="00D73B24">
        <w:rPr>
          <w:rFonts w:ascii="BIZ UDP明朝 Medium" w:eastAsia="BIZ UDP明朝 Medium" w:hAnsi="BIZ UDP明朝 Medium"/>
          <w:b/>
          <w:sz w:val="22"/>
          <w:szCs w:val="28"/>
        </w:rPr>
        <w:t>報告者情報</w:t>
      </w:r>
      <w:proofErr w:type="spellEnd"/>
    </w:p>
    <w:tbl>
      <w:tblPr>
        <w:tblW w:w="10659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3856"/>
        <w:gridCol w:w="1360"/>
        <w:gridCol w:w="3856"/>
      </w:tblGrid>
      <w:tr w:rsidR="00D045E2" w:rsidRPr="00D73B24" w14:paraId="254CCD14" w14:textId="77777777" w:rsidTr="001C039C">
        <w:trPr>
          <w:trHeight w:val="397"/>
          <w:jc w:val="center"/>
        </w:trPr>
        <w:tc>
          <w:tcPr>
            <w:tcW w:w="1587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3B6C75" w14:textId="77777777" w:rsidR="00D045E2" w:rsidRPr="00D73B24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73B24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地区・町会名</w:t>
            </w:r>
          </w:p>
        </w:tc>
        <w:tc>
          <w:tcPr>
            <w:tcW w:w="38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BC7CEE" w14:textId="793F30F9" w:rsidR="00D045E2" w:rsidRPr="00D73B24" w:rsidRDefault="00D73B24" w:rsidP="000E03F3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</w:t>
            </w: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地区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</w:t>
            </w: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町会</w:t>
            </w:r>
          </w:p>
        </w:tc>
        <w:tc>
          <w:tcPr>
            <w:tcW w:w="1360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116153" w14:textId="2E7C42B9" w:rsidR="00D045E2" w:rsidRPr="006C3FB1" w:rsidRDefault="006C3FB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</w:rPr>
            </w:pPr>
            <w:r w:rsidRPr="006C3FB1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38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CF6B1A" w14:textId="54699D20" w:rsidR="00D045E2" w:rsidRPr="00D73B24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</w:p>
        </w:tc>
      </w:tr>
      <w:tr w:rsidR="00D045E2" w:rsidRPr="00D73B24" w14:paraId="68ECBD57" w14:textId="77777777" w:rsidTr="001C039C">
        <w:trPr>
          <w:trHeight w:val="397"/>
          <w:jc w:val="center"/>
        </w:trPr>
        <w:tc>
          <w:tcPr>
            <w:tcW w:w="1587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644778" w14:textId="4C0B0C82" w:rsidR="00D045E2" w:rsidRPr="006C3FB1" w:rsidRDefault="006C3FB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6C3FB1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役職</w:t>
            </w:r>
          </w:p>
        </w:tc>
        <w:tc>
          <w:tcPr>
            <w:tcW w:w="38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C1BBDE" w14:textId="77777777" w:rsidR="006C3FB1" w:rsidRPr="006C3FB1" w:rsidRDefault="006C3FB1" w:rsidP="006C3FB1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6C3FB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□</w:t>
            </w:r>
            <w:r w:rsidRPr="006C3FB1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 xml:space="preserve"> </w:t>
            </w:r>
            <w:r w:rsidRPr="006C3FB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町会長　　　□</w:t>
            </w:r>
            <w:r w:rsidRPr="006C3FB1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 xml:space="preserve"> </w:t>
            </w:r>
            <w:r w:rsidRPr="006C3FB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環境衛生部長</w:t>
            </w:r>
          </w:p>
          <w:p w14:paraId="381679D8" w14:textId="21510134" w:rsidR="00D045E2" w:rsidRPr="00D73B24" w:rsidRDefault="006C3FB1" w:rsidP="006C3FB1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6C3FB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□</w:t>
            </w:r>
            <w:r w:rsidRPr="006C3FB1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 xml:space="preserve"> </w:t>
            </w:r>
            <w:r w:rsidRPr="006C3FB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その他（　　　　　　　　　　　　　　　　　　）</w:t>
            </w:r>
          </w:p>
        </w:tc>
        <w:tc>
          <w:tcPr>
            <w:tcW w:w="1360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4D3699" w14:textId="77777777" w:rsidR="00D045E2" w:rsidRPr="00D73B24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73B24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電話番号</w:t>
            </w:r>
          </w:p>
        </w:tc>
        <w:tc>
          <w:tcPr>
            <w:tcW w:w="38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347156" w14:textId="1948D6E6" w:rsidR="00D045E2" w:rsidRPr="00D73B24" w:rsidRDefault="00D73B24" w:rsidP="00D73B24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－　</w:t>
            </w: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 w:rsidR="006C3FB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 w:rsidRPr="00D73B24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－</w:t>
            </w:r>
          </w:p>
        </w:tc>
      </w:tr>
    </w:tbl>
    <w:p w14:paraId="5D28AF49" w14:textId="12714C9A" w:rsidR="00D045E2" w:rsidRPr="00D73B24" w:rsidRDefault="00802751">
      <w:pPr>
        <w:pBdr>
          <w:bottom w:val="single" w:sz="4" w:space="0" w:color="A6A6A6"/>
        </w:pBdr>
        <w:spacing w:before="40" w:after="20" w:line="240" w:lineRule="auto"/>
        <w:rPr>
          <w:rFonts w:ascii="BIZ UDP明朝 Medium" w:eastAsia="BIZ UDP明朝 Medium" w:hAnsi="BIZ UDP明朝 Medium"/>
          <w:sz w:val="21"/>
          <w:szCs w:val="28"/>
          <w:lang w:eastAsia="ja-JP"/>
        </w:rPr>
      </w:pPr>
      <w:r w:rsidRPr="00D73B24">
        <w:rPr>
          <w:rFonts w:ascii="BIZ UDP明朝 Medium" w:eastAsia="BIZ UDP明朝 Medium" w:hAnsi="BIZ UDP明朝 Medium"/>
          <w:b/>
          <w:sz w:val="22"/>
          <w:szCs w:val="28"/>
          <w:lang w:eastAsia="ja-JP"/>
        </w:rPr>
        <w:t>清掃実施結果</w:t>
      </w:r>
      <w:r w:rsidR="006C3FB1">
        <w:rPr>
          <w:rFonts w:ascii="BIZ UDP明朝 Medium" w:eastAsia="BIZ UDP明朝 Medium" w:hAnsi="BIZ UDP明朝 Medium" w:hint="eastAsia"/>
          <w:b/>
          <w:sz w:val="22"/>
          <w:szCs w:val="28"/>
          <w:lang w:eastAsia="ja-JP"/>
        </w:rPr>
        <w:t xml:space="preserve">　※ ③，④は河川清掃の場合のみ記入</w:t>
      </w:r>
    </w:p>
    <w:tbl>
      <w:tblPr>
        <w:tblW w:w="10659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391"/>
        <w:gridCol w:w="3950"/>
        <w:gridCol w:w="720"/>
        <w:gridCol w:w="1141"/>
        <w:gridCol w:w="2777"/>
      </w:tblGrid>
      <w:tr w:rsidR="00802FD7" w:rsidRPr="00D73B24" w14:paraId="005DC819" w14:textId="00EF4AF7" w:rsidTr="00690F78">
        <w:trPr>
          <w:trHeight w:val="340"/>
          <w:jc w:val="center"/>
        </w:trPr>
        <w:tc>
          <w:tcPr>
            <w:tcW w:w="680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D966F2" w14:textId="247671EB" w:rsidR="00802FD7" w:rsidRPr="00B37011" w:rsidRDefault="00B37011" w:rsidP="00B3701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</w:pPr>
            <w:r w:rsidRPr="00B37011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①</w:t>
            </w:r>
          </w:p>
        </w:tc>
        <w:tc>
          <w:tcPr>
            <w:tcW w:w="1391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B4F538A" w14:textId="77777777" w:rsidR="00802FD7" w:rsidRPr="00D73B24" w:rsidRDefault="00802FD7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73B24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実施日</w:t>
            </w:r>
          </w:p>
        </w:tc>
        <w:tc>
          <w:tcPr>
            <w:tcW w:w="3950" w:type="dxa"/>
            <w:tcBorders>
              <w:right w:val="single" w:sz="4" w:space="0" w:color="000000" w:themeColor="text1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44B843" w14:textId="61CB4263" w:rsidR="00802FD7" w:rsidRPr="00D73B24" w:rsidRDefault="00802FD7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D73B24">
              <w:rPr>
                <w:rFonts w:ascii="BIZ UDP明朝 Medium" w:eastAsia="BIZ UDP明朝 Medium" w:hAnsi="BIZ UDP明朝 Medium"/>
                <w:sz w:val="20"/>
                <w:szCs w:val="20"/>
              </w:rPr>
              <w:t>令和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</w:rPr>
              <w:t>年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</w:t>
            </w:r>
            <w:r w:rsidR="00B3701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</w:rPr>
              <w:t>月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</w:t>
            </w:r>
            <w:r w:rsidR="00B37011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</w:rPr>
              <w:t>日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（　　　　）</w:t>
            </w:r>
          </w:p>
        </w:tc>
        <w:tc>
          <w:tcPr>
            <w:tcW w:w="720" w:type="dxa"/>
            <w:tcBorders>
              <w:left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15DE290" w14:textId="53381607" w:rsidR="00802FD7" w:rsidRPr="00802FD7" w:rsidRDefault="00802FD7" w:rsidP="00802FD7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</w:pPr>
            <w:r w:rsidRPr="00802FD7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②</w:t>
            </w:r>
          </w:p>
        </w:tc>
        <w:tc>
          <w:tcPr>
            <w:tcW w:w="114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C8F113B" w14:textId="1C88BCD4" w:rsidR="00802FD7" w:rsidRPr="00802FD7" w:rsidRDefault="00802FD7" w:rsidP="00802FD7">
            <w:pPr>
              <w:spacing w:after="0" w:line="240" w:lineRule="auto"/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</w:pPr>
            <w:r w:rsidRPr="00802FD7"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  <w:t>参加人員</w:t>
            </w:r>
          </w:p>
        </w:tc>
        <w:tc>
          <w:tcPr>
            <w:tcW w:w="2777" w:type="dxa"/>
            <w:tcBorders>
              <w:left w:val="single" w:sz="4" w:space="0" w:color="BFBFBF" w:themeColor="background1" w:themeShade="BF"/>
            </w:tcBorders>
            <w:vAlign w:val="center"/>
          </w:tcPr>
          <w:p w14:paraId="771B930F" w14:textId="060001EE" w:rsidR="00802FD7" w:rsidRPr="00D73B24" w:rsidRDefault="00B37011" w:rsidP="00B3701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人</w:t>
            </w:r>
          </w:p>
        </w:tc>
      </w:tr>
      <w:tr w:rsidR="00D045E2" w:rsidRPr="00D73B24" w14:paraId="42472F17" w14:textId="77777777" w:rsidTr="00690F78">
        <w:trPr>
          <w:trHeight w:val="340"/>
          <w:jc w:val="center"/>
        </w:trPr>
        <w:tc>
          <w:tcPr>
            <w:tcW w:w="680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92D9B75" w14:textId="346D73A0" w:rsidR="00D045E2" w:rsidRPr="00D73B24" w:rsidRDefault="00C54927" w:rsidP="00B3701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0"/>
                <w:szCs w:val="20"/>
                <w:lang w:eastAsia="ja-JP"/>
              </w:rPr>
              <w:t>③</w:t>
            </w:r>
          </w:p>
        </w:tc>
        <w:tc>
          <w:tcPr>
            <w:tcW w:w="1391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B1CE0A" w14:textId="4C787B4F" w:rsidR="00D045E2" w:rsidRPr="00D73B24" w:rsidRDefault="00802751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73B24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実施河川名</w:t>
            </w:r>
          </w:p>
        </w:tc>
        <w:tc>
          <w:tcPr>
            <w:tcW w:w="8588" w:type="dxa"/>
            <w:gridSpan w:val="4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3A3D1C" w14:textId="7DF06838" w:rsidR="00D045E2" w:rsidRPr="00D73B24" w:rsidRDefault="00B37011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B37011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(</w:t>
            </w:r>
            <w:r w:rsidRPr="00B37011"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  <w:t>河川名</w:t>
            </w:r>
            <w:r w:rsidRPr="00B37011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)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>：</w:t>
            </w:r>
            <w:r w:rsidR="00200576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　　　　　　　　　　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 xml:space="preserve">川　</w:t>
            </w:r>
            <w:r w:rsidRPr="00B37011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(</w:t>
            </w:r>
            <w:r w:rsidRPr="00B37011"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  <w:t>場所</w:t>
            </w:r>
            <w:r w:rsidRPr="00B37011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0"/>
                <w:lang w:eastAsia="ja-JP"/>
              </w:rPr>
              <w:t>)</w:t>
            </w:r>
            <w:r w:rsidRPr="00B37011">
              <w:rPr>
                <w:rFonts w:ascii="BIZ UDP明朝 Medium" w:eastAsia="BIZ UDP明朝 Medium" w:hAnsi="BIZ UDP明朝 Medium"/>
                <w:b/>
                <w:bCs/>
                <w:sz w:val="20"/>
                <w:szCs w:val="20"/>
                <w:lang w:eastAsia="ja-JP"/>
              </w:rPr>
              <w:t>：</w:t>
            </w:r>
            <w:r w:rsidR="00200576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　　　　　　　　　　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>～</w:t>
            </w:r>
          </w:p>
        </w:tc>
      </w:tr>
      <w:tr w:rsidR="00D045E2" w:rsidRPr="00D73B24" w14:paraId="410854FF" w14:textId="77777777" w:rsidTr="00690F78">
        <w:trPr>
          <w:trHeight w:val="340"/>
          <w:jc w:val="center"/>
        </w:trPr>
        <w:tc>
          <w:tcPr>
            <w:tcW w:w="680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E66FFB" w14:textId="461D09CD" w:rsidR="00D045E2" w:rsidRPr="00D73B24" w:rsidRDefault="00C54927" w:rsidP="00B3701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0"/>
                <w:szCs w:val="20"/>
                <w:lang w:eastAsia="ja-JP"/>
              </w:rPr>
              <w:t>④</w:t>
            </w:r>
          </w:p>
        </w:tc>
        <w:tc>
          <w:tcPr>
            <w:tcW w:w="1391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662B5DF" w14:textId="77777777" w:rsidR="00D045E2" w:rsidRPr="00D73B24" w:rsidRDefault="00802751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D73B24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作業実施面積</w:t>
            </w:r>
          </w:p>
        </w:tc>
        <w:tc>
          <w:tcPr>
            <w:tcW w:w="8588" w:type="dxa"/>
            <w:gridSpan w:val="4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3E7DCA5" w14:textId="2B2D8F70" w:rsidR="00D045E2" w:rsidRPr="00D73B24" w:rsidRDefault="00802751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D73B24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>草刈・支障木伐採面積：約</w:t>
            </w:r>
            <w:r w:rsidR="00200576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　　　　　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>㎡　　アレチウリ等外来種駆除面積：約</w:t>
            </w:r>
            <w:r w:rsidR="00200576"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 xml:space="preserve">　　　　　　　　　　</w:t>
            </w:r>
            <w:r w:rsidRPr="00D73B24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t>㎡</w:t>
            </w:r>
          </w:p>
        </w:tc>
      </w:tr>
    </w:tbl>
    <w:p w14:paraId="77B1972C" w14:textId="146C7866" w:rsidR="00D045E2" w:rsidRPr="00D73B24" w:rsidRDefault="00802751">
      <w:pPr>
        <w:pBdr>
          <w:bottom w:val="single" w:sz="4" w:space="0" w:color="A6A6A6"/>
        </w:pBdr>
        <w:spacing w:before="40" w:after="20" w:line="240" w:lineRule="auto"/>
        <w:rPr>
          <w:rFonts w:ascii="BIZ UDP明朝 Medium" w:eastAsia="BIZ UDP明朝 Medium" w:hAnsi="BIZ UDP明朝 Medium"/>
          <w:sz w:val="21"/>
          <w:szCs w:val="28"/>
        </w:rPr>
      </w:pPr>
      <w:proofErr w:type="spellStart"/>
      <w:r w:rsidRPr="00D73B24">
        <w:rPr>
          <w:rFonts w:ascii="BIZ UDP明朝 Medium" w:eastAsia="BIZ UDP明朝 Medium" w:hAnsi="BIZ UDP明朝 Medium"/>
          <w:b/>
          <w:sz w:val="22"/>
          <w:szCs w:val="28"/>
        </w:rPr>
        <w:t>回収ごみ量</w:t>
      </w:r>
      <w:proofErr w:type="spellEnd"/>
    </w:p>
    <w:tbl>
      <w:tblPr>
        <w:tblW w:w="4912" w:type="pct"/>
        <w:jc w:val="center"/>
        <w:tblBorders>
          <w:top w:val="single" w:sz="5" w:space="0" w:color="7F7F7F"/>
          <w:left w:val="single" w:sz="5" w:space="0" w:color="7F7F7F"/>
          <w:bottom w:val="single" w:sz="5" w:space="0" w:color="7F7F7F"/>
          <w:right w:val="single" w:sz="5" w:space="0" w:color="7F7F7F"/>
          <w:insideH w:val="single" w:sz="5" w:space="0" w:color="7F7F7F"/>
          <w:insideV w:val="single" w:sz="5" w:space="0" w:color="7F7F7F"/>
        </w:tblBorders>
        <w:tblLook w:val="04A0" w:firstRow="1" w:lastRow="0" w:firstColumn="1" w:lastColumn="0" w:noHBand="0" w:noVBand="1"/>
      </w:tblPr>
      <w:tblGrid>
        <w:gridCol w:w="1073"/>
        <w:gridCol w:w="1358"/>
        <w:gridCol w:w="1357"/>
        <w:gridCol w:w="1357"/>
        <w:gridCol w:w="1357"/>
        <w:gridCol w:w="1357"/>
        <w:gridCol w:w="1357"/>
        <w:gridCol w:w="1355"/>
      </w:tblGrid>
      <w:tr w:rsidR="00D045E2" w:rsidRPr="00F42F85" w14:paraId="2018CE1A" w14:textId="77777777" w:rsidTr="00E00E45">
        <w:trPr>
          <w:trHeight w:val="453"/>
          <w:jc w:val="center"/>
        </w:trPr>
        <w:tc>
          <w:tcPr>
            <w:tcW w:w="507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015955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清掃区分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5CD16E1" w14:textId="492DA3ED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可燃ごみ</w:t>
            </w:r>
            <w:r w:rsidRPr="00F42F85"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  <w:br/>
            </w: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草</w:t>
            </w:r>
            <w:r w:rsidR="00F42F85">
              <w:rPr>
                <w:rFonts w:ascii="BIZ UDP明朝 Medium" w:eastAsia="BIZ UDP明朝 Medium" w:hAnsi="BIZ UDP明朝 Medium" w:hint="eastAsia"/>
                <w:b/>
                <w:sz w:val="20"/>
                <w:szCs w:val="20"/>
                <w:lang w:eastAsia="ja-JP"/>
              </w:rPr>
              <w:t>など</w:t>
            </w: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（袋）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F37919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可燃ごみ</w:t>
            </w: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br/>
            </w: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枝（束）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79993C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埋立ごみ</w:t>
            </w: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br/>
            </w: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（袋）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1840AA2" w14:textId="77777777" w:rsidR="008A4990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資源</w:t>
            </w:r>
            <w:r w:rsidR="008A4990">
              <w:rPr>
                <w:rFonts w:ascii="BIZ UDP明朝 Medium" w:eastAsia="BIZ UDP明朝 Medium" w:hAnsi="BIZ UDP明朝 Medium" w:hint="eastAsia"/>
                <w:b/>
                <w:sz w:val="20"/>
                <w:szCs w:val="20"/>
                <w:lang w:eastAsia="ja-JP"/>
              </w:rPr>
              <w:t>物</w:t>
            </w:r>
          </w:p>
          <w:p w14:paraId="1DF87508" w14:textId="61989A4D" w:rsidR="00D045E2" w:rsidRPr="008A4990" w:rsidRDefault="00802751" w:rsidP="008A4990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金属（袋）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7973C4" w14:textId="753DFB96" w:rsidR="008A4990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資源</w:t>
            </w:r>
            <w:r w:rsidR="008A4990">
              <w:rPr>
                <w:rFonts w:ascii="BIZ UDP明朝 Medium" w:eastAsia="BIZ UDP明朝 Medium" w:hAnsi="BIZ UDP明朝 Medium" w:hint="eastAsia"/>
                <w:b/>
                <w:sz w:val="20"/>
                <w:szCs w:val="20"/>
                <w:lang w:eastAsia="ja-JP"/>
              </w:rPr>
              <w:t>物</w:t>
            </w:r>
          </w:p>
          <w:p w14:paraId="5FAE6C67" w14:textId="165B0451" w:rsidR="00D045E2" w:rsidRPr="008A4990" w:rsidRDefault="00802751" w:rsidP="008A4990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ビン（袋）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81839C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泥・砂</w:t>
            </w: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br/>
            </w: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（袋）</w:t>
            </w:r>
          </w:p>
        </w:tc>
        <w:tc>
          <w:tcPr>
            <w:tcW w:w="642" w:type="pct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696F67" w14:textId="77777777" w:rsidR="00D045E2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その他</w:t>
            </w:r>
          </w:p>
          <w:p w14:paraId="20A2C97F" w14:textId="6774DACD" w:rsidR="008A4990" w:rsidRPr="00F42F85" w:rsidRDefault="008A4990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0"/>
                <w:szCs w:val="20"/>
                <w:lang w:eastAsia="ja-JP"/>
              </w:rPr>
              <w:t>（内容・数量）</w:t>
            </w:r>
          </w:p>
        </w:tc>
      </w:tr>
      <w:tr w:rsidR="00D045E2" w:rsidRPr="00F42F85" w14:paraId="6FB11F10" w14:textId="77777777" w:rsidTr="00690F78">
        <w:trPr>
          <w:trHeight w:val="340"/>
          <w:jc w:val="center"/>
        </w:trPr>
        <w:tc>
          <w:tcPr>
            <w:tcW w:w="507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A7816D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proofErr w:type="spellStart"/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一斉清掃</w:t>
            </w:r>
            <w:proofErr w:type="spellEnd"/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1D2577" w14:textId="5B028420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330B3D" w14:textId="229E47AD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束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43082B" w14:textId="173DF934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9D0767" w14:textId="4B29AF6C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31D396" w14:textId="5A0FD0F8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8EDAD0" w14:textId="59D1AC79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6D35AD" w14:textId="77777777" w:rsidR="00D045E2" w:rsidRPr="00F42F85" w:rsidRDefault="00D045E2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045E2" w:rsidRPr="00F42F85" w14:paraId="6F0692AD" w14:textId="77777777" w:rsidTr="00690F78">
        <w:trPr>
          <w:trHeight w:val="340"/>
          <w:jc w:val="center"/>
        </w:trPr>
        <w:tc>
          <w:tcPr>
            <w:tcW w:w="507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019442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河川清掃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A19419" w14:textId="781454D0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BB611D" w14:textId="62A574AC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束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889942A" w14:textId="0093950D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105E832" w14:textId="3738A6CE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AA9B74E" w14:textId="21D8B3F1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EA0FD1" w14:textId="7470B2F1" w:rsidR="00D045E2" w:rsidRPr="00F42F85" w:rsidRDefault="00DF5971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  <w:lang w:eastAsia="ja-JP"/>
              </w:rPr>
              <w:t>袋</w:t>
            </w:r>
          </w:p>
        </w:tc>
        <w:tc>
          <w:tcPr>
            <w:tcW w:w="642" w:type="pct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6D8EA7" w14:textId="77777777" w:rsidR="00D045E2" w:rsidRPr="00F42F85" w:rsidRDefault="00D045E2" w:rsidP="00DF5971">
            <w:pPr>
              <w:spacing w:after="0" w:line="240" w:lineRule="auto"/>
              <w:jc w:val="righ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6A35FA58" w14:textId="1E63F4C0" w:rsidR="00D045E2" w:rsidRPr="006C3FB1" w:rsidRDefault="006C3FB1">
      <w:pPr>
        <w:pBdr>
          <w:bottom w:val="single" w:sz="4" w:space="0" w:color="A6A6A6"/>
        </w:pBdr>
        <w:spacing w:before="40" w:after="20" w:line="240" w:lineRule="auto"/>
        <w:rPr>
          <w:rFonts w:ascii="BIZ UDP明朝 Medium" w:eastAsia="BIZ UDP明朝 Medium" w:hAnsi="BIZ UDP明朝 Medium"/>
          <w:sz w:val="22"/>
          <w:lang w:eastAsia="ja-JP"/>
        </w:rPr>
      </w:pPr>
      <w:r w:rsidRPr="006C3FB1">
        <w:rPr>
          <w:rFonts w:ascii="BIZ UDP明朝 Medium" w:eastAsia="BIZ UDP明朝 Medium" w:hAnsi="BIZ UDP明朝 Medium" w:hint="eastAsia"/>
          <w:b/>
          <w:sz w:val="22"/>
          <w:lang w:eastAsia="ja-JP"/>
        </w:rPr>
        <w:t>ごみの出し方</w:t>
      </w:r>
      <w:r>
        <w:rPr>
          <w:rFonts w:ascii="BIZ UDP明朝 Medium" w:eastAsia="BIZ UDP明朝 Medium" w:hAnsi="BIZ UDP明朝 Medium" w:hint="eastAsia"/>
          <w:b/>
          <w:sz w:val="22"/>
          <w:lang w:eastAsia="ja-JP"/>
        </w:rPr>
        <w:t>・回収方法</w:t>
      </w:r>
    </w:p>
    <w:p w14:paraId="33D1F9C8" w14:textId="64AAEDA5" w:rsidR="00D045E2" w:rsidRDefault="00802751">
      <w:pPr>
        <w:spacing w:after="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bookmarkStart w:id="0" w:name="_Hlk235517419"/>
      <w:r w:rsidRPr="00F42F85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□</w:t>
      </w:r>
      <w:bookmarkEnd w:id="0"/>
      <w:r w:rsidRPr="00F42F85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 xml:space="preserve"> 通常のごみ収集日に、ごみステーションへ出す</w:t>
      </w:r>
      <w:r w:rsidR="00E42108">
        <w:rPr>
          <w:rFonts w:ascii="BIZ UDP明朝 Medium" w:eastAsia="BIZ UDP明朝 Medium" w:hAnsi="BIZ UDP明朝 Medium" w:hint="eastAsia"/>
          <w:b/>
          <w:sz w:val="20"/>
          <w:szCs w:val="20"/>
          <w:lang w:eastAsia="ja-JP"/>
        </w:rPr>
        <w:t xml:space="preserve"> </w:t>
      </w: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→ 下記【A】に記入</w:t>
      </w:r>
    </w:p>
    <w:p w14:paraId="59A818C5" w14:textId="0C6BC67C" w:rsidR="00E42108" w:rsidRPr="00F42F85" w:rsidRDefault="00E42108">
      <w:pPr>
        <w:spacing w:after="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45162A">
        <w:rPr>
          <w:rFonts w:ascii="BIZ UDP明朝 Medium" w:eastAsia="BIZ UDP明朝 Medium" w:hAnsi="BIZ UDP明朝 Medium"/>
          <w:b/>
          <w:bCs/>
          <w:sz w:val="20"/>
          <w:szCs w:val="20"/>
          <w:lang w:eastAsia="ja-JP"/>
        </w:rPr>
        <w:t>□</w:t>
      </w:r>
      <w:r>
        <w:rPr>
          <w:rFonts w:ascii="BIZ UDP明朝 Medium" w:eastAsia="BIZ UDP明朝 Medium" w:hAnsi="BIZ UDP明朝 Medium"/>
          <w:sz w:val="20"/>
          <w:szCs w:val="20"/>
          <w:lang w:eastAsia="ja-JP"/>
        </w:rPr>
        <w:t xml:space="preserve"> </w:t>
      </w:r>
      <w:r w:rsidRPr="00E42108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通常のごみ収集</w:t>
      </w:r>
      <w:bookmarkStart w:id="1" w:name="_GoBack"/>
      <w:bookmarkEnd w:id="1"/>
      <w:r w:rsidRPr="00E42108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日</w:t>
      </w:r>
      <w:r w:rsidRPr="00E42108">
        <w:rPr>
          <w:rFonts w:ascii="BIZ UDP明朝 Medium" w:eastAsia="BIZ UDP明朝 Medium" w:hAnsi="BIZ UDP明朝 Medium" w:hint="eastAsia"/>
          <w:b/>
          <w:sz w:val="20"/>
          <w:szCs w:val="20"/>
          <w:u w:val="wave"/>
          <w:lang w:eastAsia="ja-JP"/>
        </w:rPr>
        <w:t>以外</w:t>
      </w:r>
      <w:r w:rsidRPr="00E42108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に、ごみステーションへ出す</w:t>
      </w:r>
      <w:r>
        <w:rPr>
          <w:rFonts w:ascii="BIZ UDP明朝 Medium" w:eastAsia="BIZ UDP明朝 Medium" w:hAnsi="BIZ UDP明朝 Medium" w:hint="eastAsia"/>
          <w:b/>
          <w:sz w:val="20"/>
          <w:szCs w:val="20"/>
          <w:lang w:eastAsia="ja-JP"/>
        </w:rPr>
        <w:t xml:space="preserve"> </w:t>
      </w:r>
      <w:r w:rsidRPr="00E42108">
        <w:rPr>
          <w:rFonts w:ascii="BIZ UDP明朝 Medium" w:eastAsia="BIZ UDP明朝 Medium" w:hAnsi="BIZ UDP明朝 Medium"/>
          <w:sz w:val="20"/>
          <w:szCs w:val="20"/>
          <w:lang w:eastAsia="ja-JP"/>
        </w:rPr>
        <w:t>→ 下記【A】に記入</w:t>
      </w:r>
    </w:p>
    <w:p w14:paraId="19683225" w14:textId="1DAA39F9" w:rsidR="00D045E2" w:rsidRPr="00F42F85" w:rsidRDefault="00802751">
      <w:pPr>
        <w:spacing w:after="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F42F85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□</w:t>
      </w:r>
      <w:r w:rsidR="00E42108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 xml:space="preserve"> </w:t>
      </w:r>
      <w:r w:rsidRPr="00F42F85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ごみステーション以外の場所に出す</w:t>
      </w:r>
      <w:r w:rsidR="00E42108">
        <w:rPr>
          <w:rFonts w:ascii="BIZ UDP明朝 Medium" w:eastAsia="BIZ UDP明朝 Medium" w:hAnsi="BIZ UDP明朝 Medium" w:hint="eastAsia"/>
          <w:b/>
          <w:sz w:val="20"/>
          <w:szCs w:val="20"/>
          <w:lang w:eastAsia="ja-JP"/>
        </w:rPr>
        <w:t xml:space="preserve"> </w:t>
      </w:r>
      <w:r w:rsidRPr="00F42F85">
        <w:rPr>
          <w:rFonts w:ascii="BIZ UDP明朝 Medium" w:eastAsia="BIZ UDP明朝 Medium" w:hAnsi="BIZ UDP明朝 Medium"/>
          <w:sz w:val="20"/>
          <w:szCs w:val="20"/>
          <w:lang w:eastAsia="ja-JP"/>
        </w:rPr>
        <w:t>→ 下記【B】に記入</w:t>
      </w:r>
    </w:p>
    <w:p w14:paraId="4D5869AA" w14:textId="34A0FCFE" w:rsidR="00D045E2" w:rsidRPr="00F42F85" w:rsidRDefault="00802751">
      <w:pPr>
        <w:spacing w:before="40" w:after="2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F42F85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【A】ごみステーションに出す場合</w:t>
      </w:r>
    </w:p>
    <w:tbl>
      <w:tblPr>
        <w:tblW w:w="10659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525"/>
        <w:gridCol w:w="7454"/>
      </w:tblGrid>
      <w:tr w:rsidR="00D045E2" w:rsidRPr="00F42F85" w14:paraId="34E0ED3F" w14:textId="77777777" w:rsidTr="00200576">
        <w:trPr>
          <w:trHeight w:val="307"/>
          <w:jc w:val="center"/>
        </w:trPr>
        <w:tc>
          <w:tcPr>
            <w:tcW w:w="680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DA8FC0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</w:rPr>
              <w:t>No.</w:t>
            </w:r>
          </w:p>
        </w:tc>
        <w:tc>
          <w:tcPr>
            <w:tcW w:w="2525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C98F4C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ごみステーション番号（6桁）</w:t>
            </w:r>
          </w:p>
        </w:tc>
        <w:tc>
          <w:tcPr>
            <w:tcW w:w="7454" w:type="dxa"/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8B0239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  <w:lang w:eastAsia="ja-JP"/>
              </w:rPr>
            </w:pPr>
            <w:r w:rsidRPr="00F42F85">
              <w:rPr>
                <w:rFonts w:ascii="BIZ UDP明朝 Medium" w:eastAsia="BIZ UDP明朝 Medium" w:hAnsi="BIZ UDP明朝 Medium"/>
                <w:b/>
                <w:sz w:val="20"/>
                <w:szCs w:val="20"/>
                <w:lang w:eastAsia="ja-JP"/>
              </w:rPr>
              <w:t>回収ごみの種類・数量・備考</w:t>
            </w:r>
          </w:p>
        </w:tc>
      </w:tr>
      <w:tr w:rsidR="00D045E2" w:rsidRPr="00F42F85" w14:paraId="3F6273A8" w14:textId="77777777" w:rsidTr="001C039C">
        <w:trPr>
          <w:trHeight w:val="340"/>
          <w:jc w:val="center"/>
        </w:trPr>
        <w:tc>
          <w:tcPr>
            <w:tcW w:w="68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FA5E9F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t>1</w:t>
            </w:r>
          </w:p>
        </w:tc>
        <w:tc>
          <w:tcPr>
            <w:tcW w:w="252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0CD510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45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569A19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045E2" w:rsidRPr="00F42F85" w14:paraId="37F4405A" w14:textId="77777777" w:rsidTr="001C039C">
        <w:trPr>
          <w:trHeight w:val="340"/>
          <w:jc w:val="center"/>
        </w:trPr>
        <w:tc>
          <w:tcPr>
            <w:tcW w:w="68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FBC990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t>2</w:t>
            </w:r>
          </w:p>
        </w:tc>
        <w:tc>
          <w:tcPr>
            <w:tcW w:w="252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706D15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45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159B50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045E2" w:rsidRPr="00F42F85" w14:paraId="06102A8C" w14:textId="77777777" w:rsidTr="001C039C">
        <w:trPr>
          <w:trHeight w:val="340"/>
          <w:jc w:val="center"/>
        </w:trPr>
        <w:tc>
          <w:tcPr>
            <w:tcW w:w="68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5592F0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t>3</w:t>
            </w:r>
          </w:p>
        </w:tc>
        <w:tc>
          <w:tcPr>
            <w:tcW w:w="252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DF2DDA6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45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92E08B0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D045E2" w:rsidRPr="00F42F85" w14:paraId="5CF96169" w14:textId="77777777" w:rsidTr="001C039C">
        <w:trPr>
          <w:trHeight w:val="340"/>
          <w:jc w:val="center"/>
        </w:trPr>
        <w:tc>
          <w:tcPr>
            <w:tcW w:w="680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3CF1D6" w14:textId="77777777" w:rsidR="00D045E2" w:rsidRPr="00F42F85" w:rsidRDefault="00802751">
            <w:pPr>
              <w:spacing w:after="0" w:line="24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F42F85">
              <w:rPr>
                <w:rFonts w:ascii="BIZ UDP明朝 Medium" w:eastAsia="BIZ UDP明朝 Medium" w:hAnsi="BIZ UDP明朝 Medium"/>
                <w:sz w:val="20"/>
                <w:szCs w:val="20"/>
              </w:rPr>
              <w:t>4</w:t>
            </w:r>
          </w:p>
        </w:tc>
        <w:tc>
          <w:tcPr>
            <w:tcW w:w="252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166253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454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BC70436" w14:textId="77777777" w:rsidR="00D045E2" w:rsidRPr="00F42F85" w:rsidRDefault="00D045E2">
            <w:pPr>
              <w:spacing w:after="0" w:line="240" w:lineRule="auto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549C0F14" w14:textId="77777777" w:rsidR="001C039C" w:rsidRDefault="00802751">
      <w:pPr>
        <w:spacing w:before="40" w:after="2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C54927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【B】ごみステーション以外の場所</w:t>
      </w:r>
      <w:r w:rsidR="008D0C01">
        <w:rPr>
          <w:rFonts w:ascii="BIZ UDP明朝 Medium" w:eastAsia="BIZ UDP明朝 Medium" w:hAnsi="BIZ UDP明朝 Medium" w:hint="eastAsia"/>
          <w:b/>
          <w:sz w:val="20"/>
          <w:szCs w:val="20"/>
          <w:lang w:eastAsia="ja-JP"/>
        </w:rPr>
        <w:t>に出す</w:t>
      </w:r>
      <w:r w:rsidRPr="00C54927">
        <w:rPr>
          <w:rFonts w:ascii="BIZ UDP明朝 Medium" w:eastAsia="BIZ UDP明朝 Medium" w:hAnsi="BIZ UDP明朝 Medium"/>
          <w:b/>
          <w:sz w:val="20"/>
          <w:szCs w:val="20"/>
          <w:lang w:eastAsia="ja-JP"/>
        </w:rPr>
        <w:t>場合</w:t>
      </w: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 xml:space="preserve">　</w:t>
      </w:r>
    </w:p>
    <w:p w14:paraId="661AD228" w14:textId="3819E612" w:rsidR="00D045E2" w:rsidRPr="00C54927" w:rsidRDefault="00802751">
      <w:pPr>
        <w:spacing w:before="40" w:after="2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※収集車両が入ることができる広い場所を選定してください。</w:t>
      </w:r>
    </w:p>
    <w:p w14:paraId="2DFD40A5" w14:textId="7FD99817" w:rsidR="00D045E2" w:rsidRPr="00C54927" w:rsidRDefault="008D0C01">
      <w:pPr>
        <w:spacing w:after="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>
        <w:rPr>
          <w:rFonts w:ascii="BIZ UDP明朝 Medium" w:eastAsia="BIZ UDP明朝 Medium" w:hAnsi="BIZ UDP明朝 Medium" w:hint="eastAsia"/>
          <w:sz w:val="20"/>
          <w:szCs w:val="20"/>
          <w:lang w:eastAsia="ja-JP"/>
        </w:rPr>
        <w:t>※</w:t>
      </w: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位置図</w:t>
      </w:r>
      <w:r>
        <w:rPr>
          <w:rFonts w:ascii="BIZ UDP明朝 Medium" w:eastAsia="BIZ UDP明朝 Medium" w:hAnsi="BIZ UDP明朝 Medium" w:hint="eastAsia"/>
          <w:sz w:val="20"/>
          <w:szCs w:val="20"/>
          <w:lang w:eastAsia="ja-JP"/>
        </w:rPr>
        <w:t>には、</w:t>
      </w: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回収場所、目印、進入経路、</w:t>
      </w:r>
      <w:r>
        <w:rPr>
          <w:rFonts w:ascii="BIZ UDP明朝 Medium" w:eastAsia="BIZ UDP明朝 Medium" w:hAnsi="BIZ UDP明朝 Medium" w:hint="eastAsia"/>
          <w:sz w:val="20"/>
          <w:szCs w:val="20"/>
          <w:lang w:eastAsia="ja-JP"/>
        </w:rPr>
        <w:t>ごみ</w:t>
      </w: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の数量を記入してください。</w:t>
      </w:r>
    </w:p>
    <w:p w14:paraId="67A5B3EF" w14:textId="016C1367" w:rsidR="00D045E2" w:rsidRPr="00C54927" w:rsidRDefault="00802751">
      <w:pPr>
        <w:spacing w:after="20" w:line="240" w:lineRule="auto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□ 別紙添付あり（Google</w:t>
      </w:r>
      <w:r w:rsidR="008D0C01">
        <w:rPr>
          <w:rFonts w:ascii="BIZ UDP明朝 Medium" w:eastAsia="BIZ UDP明朝 Medium" w:hAnsi="BIZ UDP明朝 Medium" w:hint="eastAsia"/>
          <w:sz w:val="20"/>
          <w:szCs w:val="20"/>
          <w:lang w:eastAsia="ja-JP"/>
        </w:rPr>
        <w:t>マップ</w:t>
      </w:r>
      <w:r w:rsidRPr="00C54927">
        <w:rPr>
          <w:rFonts w:ascii="BIZ UDP明朝 Medium" w:eastAsia="BIZ UDP明朝 Medium" w:hAnsi="BIZ UDP明朝 Medium"/>
          <w:sz w:val="20"/>
          <w:szCs w:val="20"/>
          <w:lang w:eastAsia="ja-JP"/>
        </w:rPr>
        <w:t>、住宅地図、手書き地図等）</w:t>
      </w:r>
    </w:p>
    <w:p w14:paraId="6BAE745C" w14:textId="457CD6BF" w:rsidR="00E10B5C" w:rsidRPr="00802FD7" w:rsidRDefault="00690F78" w:rsidP="00802751">
      <w:pPr>
        <w:spacing w:before="20" w:after="0" w:line="240" w:lineRule="auto"/>
        <w:rPr>
          <w:rFonts w:eastAsiaTheme="minorEastAsia" w:hint="eastAsia"/>
          <w:sz w:val="20"/>
          <w:szCs w:val="20"/>
          <w:lang w:eastAsia="ja-JP"/>
        </w:rPr>
      </w:pPr>
      <w:r>
        <w:rPr>
          <w:rFonts w:eastAsiaTheme="minorEastAsia" w:hint="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73820" wp14:editId="3A9475FC">
                <wp:simplePos x="0" y="0"/>
                <wp:positionH relativeFrom="column">
                  <wp:posOffset>-1319</wp:posOffset>
                </wp:positionH>
                <wp:positionV relativeFrom="paragraph">
                  <wp:posOffset>12114</wp:posOffset>
                </wp:positionV>
                <wp:extent cx="6886136" cy="2152357"/>
                <wp:effectExtent l="0" t="0" r="10160" b="196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136" cy="2152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AD379" w14:textId="4FD4CA31" w:rsidR="0045162A" w:rsidRDefault="0045162A">
                            <w:proofErr w:type="spellStart"/>
                            <w:r w:rsidRPr="00C54927">
                              <w:rPr>
                                <w:rFonts w:ascii="BIZ UDP明朝 Medium" w:eastAsia="BIZ UDP明朝 Medium" w:hAnsi="BIZ UDP明朝 Medium"/>
                                <w:color w:val="7F7F7F"/>
                                <w:sz w:val="20"/>
                                <w:szCs w:val="20"/>
                              </w:rPr>
                              <w:t>位置図記入欄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4738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.1pt;margin-top:.95pt;width:542.2pt;height:1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" fillcolor="white [3201]" strokeweight=".5pt">
                <v:textbox>
                  <w:txbxContent>
                    <w:p w14:paraId="767AD379" w14:textId="4FD4CA31" w:rsidR="0045162A" w:rsidRDefault="0045162A">
                      <w:proofErr w:type="spellStart"/>
                      <w:r w:rsidRPr="00C54927">
                        <w:rPr>
                          <w:rFonts w:ascii="BIZ UDP明朝 Medium" w:eastAsia="BIZ UDP明朝 Medium" w:hAnsi="BIZ UDP明朝 Medium"/>
                          <w:color w:val="7F7F7F"/>
                          <w:sz w:val="20"/>
                          <w:szCs w:val="20"/>
                        </w:rPr>
                        <w:t>位置図記入欄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E10B5C" w:rsidRPr="00802FD7" w:rsidSect="00802751">
      <w:pgSz w:w="11906" w:h="16838" w:code="9"/>
      <w:pgMar w:top="45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618DD" w14:textId="77777777" w:rsidR="0045162A" w:rsidRDefault="0045162A" w:rsidP="00B54B81">
      <w:pPr>
        <w:spacing w:after="0" w:line="240" w:lineRule="auto"/>
      </w:pPr>
      <w:r>
        <w:separator/>
      </w:r>
    </w:p>
  </w:endnote>
  <w:endnote w:type="continuationSeparator" w:id="0">
    <w:p w14:paraId="6F80842C" w14:textId="77777777" w:rsidR="0045162A" w:rsidRDefault="0045162A" w:rsidP="00B5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959A1" w14:textId="77777777" w:rsidR="0045162A" w:rsidRDefault="0045162A" w:rsidP="00B54B81">
      <w:pPr>
        <w:spacing w:after="0" w:line="240" w:lineRule="auto"/>
      </w:pPr>
      <w:r>
        <w:separator/>
      </w:r>
    </w:p>
  </w:footnote>
  <w:footnote w:type="continuationSeparator" w:id="0">
    <w:p w14:paraId="439BD095" w14:textId="77777777" w:rsidR="0045162A" w:rsidRDefault="0045162A" w:rsidP="00B54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6457B9"/>
    <w:multiLevelType w:val="hybridMultilevel"/>
    <w:tmpl w:val="661835EE"/>
    <w:lvl w:ilvl="0" w:tplc="19425ECE">
      <w:start w:val="5"/>
      <w:numFmt w:val="bullet"/>
      <w:lvlText w:val="-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5E33165"/>
    <w:multiLevelType w:val="hybridMultilevel"/>
    <w:tmpl w:val="0D5A75F4"/>
    <w:lvl w:ilvl="0" w:tplc="AD867AD0">
      <w:start w:val="1"/>
      <w:numFmt w:val="decimalEnclosedCircle"/>
      <w:lvlText w:val="%1"/>
      <w:lvlJc w:val="left"/>
      <w:pPr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03F3"/>
    <w:rsid w:val="0015074B"/>
    <w:rsid w:val="001C039C"/>
    <w:rsid w:val="00200576"/>
    <w:rsid w:val="0029639D"/>
    <w:rsid w:val="002C1779"/>
    <w:rsid w:val="00326F90"/>
    <w:rsid w:val="0045162A"/>
    <w:rsid w:val="004C301E"/>
    <w:rsid w:val="00507E14"/>
    <w:rsid w:val="005D236B"/>
    <w:rsid w:val="00690F78"/>
    <w:rsid w:val="006B0EB7"/>
    <w:rsid w:val="006C3FB1"/>
    <w:rsid w:val="00727A6B"/>
    <w:rsid w:val="00744EB0"/>
    <w:rsid w:val="0077272F"/>
    <w:rsid w:val="007A0FCC"/>
    <w:rsid w:val="00802751"/>
    <w:rsid w:val="00802FD7"/>
    <w:rsid w:val="008A4990"/>
    <w:rsid w:val="008D0C01"/>
    <w:rsid w:val="00AA1D8D"/>
    <w:rsid w:val="00B37011"/>
    <w:rsid w:val="00B47730"/>
    <w:rsid w:val="00B54B81"/>
    <w:rsid w:val="00B7001E"/>
    <w:rsid w:val="00C54927"/>
    <w:rsid w:val="00CB0664"/>
    <w:rsid w:val="00D045E2"/>
    <w:rsid w:val="00D73B24"/>
    <w:rsid w:val="00DF5971"/>
    <w:rsid w:val="00E00E45"/>
    <w:rsid w:val="00E10B5C"/>
    <w:rsid w:val="00E42108"/>
    <w:rsid w:val="00EE7974"/>
    <w:rsid w:val="00F42F85"/>
    <w:rsid w:val="00FA52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CF427"/>
  <w14:defaultImageDpi w14:val="330"/>
  <w15:docId w15:val="{69194B09-6B7B-4D31-9394-42788EC5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D73B24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D73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C1B99-E567-4B0F-99ED-8961AF73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　亮</dc:creator>
  <cp:keywords/>
  <dc:description/>
  <cp:lastModifiedBy>鳥羽　大地</cp:lastModifiedBy>
  <cp:revision>10</cp:revision>
  <cp:lastPrinted>2026-07-21T09:08:00Z</cp:lastPrinted>
  <dcterms:created xsi:type="dcterms:W3CDTF">2026-07-21T00:15:00Z</dcterms:created>
  <dcterms:modified xsi:type="dcterms:W3CDTF">2026-07-21T09:19:00Z</dcterms:modified>
  <cp:category/>
</cp:coreProperties>
</file>